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 w:eastAsia="微软雅黑"/>
          <w:b/>
          <w:color w:val="2E6C9E"/>
          <w:sz w:val="40"/>
        </w:rPr>
        <w:t>日本签证 · 个人完整信息模板</w:t>
      </w:r>
    </w:p>
    <w:p>
      <w:pPr>
        <w:spacing w:after="280"/>
        <w:jc w:val="center"/>
      </w:pPr>
      <w:r>
        <w:rPr>
          <w:rFonts w:ascii="Calibri" w:hAnsi="Calibri" w:eastAsia="微软雅黑"/>
          <w:b w:val="0"/>
          <w:color w:val="8A8F99"/>
          <w:sz w:val="20"/>
        </w:rPr>
        <w:t>单次 · 粘贴版 v1.1 · 2026-09-30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21"/>
        </w:rPr>
        <w:t>本文件是您唯一的上传文件。请按顺序完成：①填写第一、二部分 → ②在第三部分对应位置按「材料形式」粘贴 → ③按末页汇总自查后上传。</w:t>
      </w:r>
    </w:p>
    <w:p>
      <w:pPr>
        <w:spacing w:after="120"/>
      </w:pPr>
      <w:r>
        <w:rPr>
          <w:rFonts w:ascii="Calibri" w:hAnsi="Calibri" w:eastAsia="微软雅黑"/>
          <w:b w:val="0"/>
          <w:color w:val="2E3440"/>
          <w:sz w:val="21"/>
        </w:rPr>
      </w:r>
      <w:r>
        <w:rPr>
          <w:rFonts w:ascii="Calibri" w:hAnsi="Calibri" w:eastAsia="微软雅黑"/>
          <w:b/>
          <w:color w:val="C06055"/>
          <w:sz w:val="21"/>
        </w:rPr>
        <w:t>三条规则：不要改动各节标题文字；不要给文件加密；文件名请保存为「姓名-日本-单次.docx」。</w:t>
      </w:r>
    </w:p>
    <w:p>
      <w:pPr>
        <w:spacing w:before="280" w:after="160"/>
        <w:pBdr>
          <w:bottom w:val="single" w:sz="8" w:space="2" w:color="2E6C9E"/>
        </w:pBdr>
      </w:pPr>
      <w:r>
        <w:rPr>
          <w:rFonts w:ascii="Calibri" w:hAnsi="Calibri" w:eastAsia="微软雅黑"/>
          <w:b/>
          <w:color w:val="2E6C9E"/>
          <w:sz w:val="26"/>
        </w:rPr>
        <w:t>第一部分 · 个人完整信息（请逐项填写；标注「使馆选项」的字段已按使馆申请表口径列出，照选即可）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姓 名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与护照一致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拼音姓名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如 ZHANG SAN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性 别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使馆选项：男 / 女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出生日期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YYYY-MM-DD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出生地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省/市（与护照一致）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国 籍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中国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婚姻状况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使馆选项：单身 / 已婚 / 丧偶 / 离婚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身份证号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18 位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护照号码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字母E开头9位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护照类别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使馆选项：普通（旅游/商务均选此项）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护照有效期至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YYYY-MM-DD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护照签发地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按护照首页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职 业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按身份填写（使馆口径）：公司职员 / 公务员 / 经营管理者 / 自由职业 / 专职主妇 / 学生 / 退休（直接写"退休"）/ 无业（直接写"无"）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现在职位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具体职务，勿模糊（如"市场部经理"勿只写"经理"）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工作单位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全称；学生填学校全称；无业填"无"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单位电话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能接通的座机（使馆会抽查回拨）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单位地址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精确到门牌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电子邮箱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手机号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户籍所在地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按户口本首页地址填写（必填）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现居住地址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精确到门牌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紧急联系人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姓名+电话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曾出境记录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近年主要国家+年份</w:t>
            </w:r>
          </w:p>
        </w:tc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</w:tr>
    </w:tbl>
    <w:p>
      <w:pPr>
        <w:spacing w:before="280" w:after="160"/>
        <w:pBdr>
          <w:bottom w:val="single" w:sz="8" w:space="2" w:color="2E6C9E"/>
        </w:pBdr>
      </w:pPr>
      <w:r>
        <w:rPr>
          <w:rFonts w:ascii="Calibri" w:hAnsi="Calibri" w:eastAsia="微软雅黑"/>
          <w:b/>
          <w:color w:val="2E6C9E"/>
          <w:sz w:val="26"/>
        </w:rPr>
        <w:t>第二部分 · 日本签证信息（类型已按所选预填，请补全其余）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目的国家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日本（已填）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签证类型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单次（已选，无需修改）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预计出行日期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YYYY-MM-DD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预计停留天数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入境次数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单次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是否曾被拒签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使馆选项：有 / 无（有则写国家+年份+原因）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</w:tr>
    </w:tbl>
    <w:p>
      <w:pPr>
        <w:spacing w:before="280" w:after="160"/>
        <w:pBdr>
          <w:bottom w:val="single" w:sz="8" w:space="2" w:color="2E6C9E"/>
        </w:pBdr>
      </w:pPr>
      <w:r>
        <w:rPr>
          <w:rFonts w:ascii="Calibri" w:hAnsi="Calibri" w:eastAsia="微软雅黑"/>
          <w:b/>
          <w:color w:val="2E6C9E"/>
          <w:sz w:val="26"/>
        </w:rPr>
        <w:t>第二部分B · 申请人签名与授权（必填）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授权说明：本签名用于《签证申请表》落款及《个人信息处理同意书》签署，须与护照签名一致；电子版签名经我方提取后仅用于本人本次签证申请表格代填与提交。</w:t>
      </w:r>
    </w:p>
    <w:p>
      <w:pPr>
        <w:spacing w:after="160"/>
      </w:pPr>
      <w:r>
        <w:rPr>
          <w:rFonts w:ascii="Calibri" w:hAnsi="Calibri" w:eastAsia="微软雅黑"/>
          <w:b w:val="0"/>
          <w:color w:val="2E3440"/>
          <w:sz w:val="20"/>
        </w:rPr>
        <w:t>本人确认：以上所填信息及粘贴材料真实有效，并同意授权服务方据此代填、代交本人签证申请表格及相关文件。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59"/>
        <w:gridCol w:w="4759"/>
      </w:tblGrid>
      <w:tr>
        <w:trPr>
          <w:trHeight w:val="1361" w:hRule="atLeast"/>
        </w:trPr>
        <w:tc>
          <w:tcPr>
            <w:tcW w:type="dxa" w:w="4649"/>
          </w:tcPr>
          <w:p>
            <w:r>
              <w:rPr>
                <w:rFonts w:ascii="Calibri" w:hAnsi="Calibri" w:eastAsia="微软雅黑"/>
                <w:b w:val="0"/>
                <w:color w:val="8A8F99"/>
                <w:sz w:val="19"/>
              </w:rPr>
              <w:t>申请人签名（须与护照签名一致）：</w:t>
              <w:br/>
              <w:br/>
              <w:t>请在上方空白处签名</w:t>
            </w:r>
          </w:p>
        </w:tc>
        <w:tc>
          <w:tcPr>
            <w:tcW w:type="dxa" w:w="4535"/>
          </w:tcPr>
          <w:p>
            <w:r>
              <w:rPr>
                <w:rFonts w:ascii="Calibri" w:hAnsi="Calibri" w:eastAsia="微软雅黑"/>
                <w:b w:val="0"/>
                <w:color w:val="2E3440"/>
                <w:sz w:val="20"/>
              </w:rPr>
              <w:t>签署日期：    年    月    日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2"/>
        </w:rPr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7"/>
        </w:rPr>
      </w:r>
      <w:r>
        <w:rPr>
          <w:rFonts w:ascii="Calibri" w:hAnsi="Calibri" w:eastAsia="微软雅黑"/>
          <w:b w:val="0"/>
          <w:color w:val="8A8F99"/>
          <w:sz w:val="17"/>
        </w:rPr>
        <w:t>入境提示：签证申请阶段无需录指纹；但入境日本机场审查时须按双手食指指纹并面部摄像（16 岁以下豁免），拒绝采集将不被准许入境——请知悉，无需提前准备。</w:t>
      </w:r>
    </w:p>
    <w:p>
      <w:pPr>
        <w:spacing w:before="280" w:after="160"/>
        <w:pBdr>
          <w:bottom w:val="single" w:sz="8" w:space="2" w:color="2E6C9E"/>
        </w:pBdr>
      </w:pPr>
      <w:r>
        <w:rPr>
          <w:rFonts w:ascii="Calibri" w:hAnsi="Calibri" w:eastAsia="微软雅黑"/>
          <w:b/>
          <w:color w:val="2E6C9E"/>
          <w:sz w:val="26"/>
        </w:rPr>
        <w:t>第二部分C · 以下各项由我方代填（申请人无需填写）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说明：航班号、行程、往返出发时间、进出航空港（入境/出境口岸）、目的地城市地址、停留日程表等，由我方按您的出行计划与使馆申请表口径代填，申请人**无需填写**。若您已有确定的航班或特别安排，写在末行「备注」里即可；未注明则由我方按常规安排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航班号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我方代填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行程（每日安排）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我方代填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往返出发时间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我方代填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进出航空港（入境/出境口岸）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我方代填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目的地城市地址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我方代填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停留日程表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我方代填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备 注（如有已定航班 / 特殊要求请写这里）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</w:r>
          </w:p>
        </w:tc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8"/>
        </w:rPr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8"/>
        </w:rPr>
      </w:r>
      <w:r>
        <w:rPr>
          <w:rFonts w:ascii="Calibri" w:hAnsi="Calibri" w:eastAsia="微软雅黑"/>
          <w:b w:val="0"/>
          <w:color w:val="8A8F99"/>
          <w:sz w:val="18"/>
        </w:rPr>
        <w:t>※ 本栏整栏留空不影响受理；第一部分与第二部分（含第二部分B签名授权）请务必填全。</w:t>
      </w:r>
    </w:p>
    <w:p>
      <w:r>
        <w:br w:type="page"/>
      </w:r>
    </w:p>
    <w:p>
      <w:pPr>
        <w:spacing w:before="280" w:after="160"/>
        <w:pBdr>
          <w:bottom w:val="single" w:sz="8" w:space="2" w:color="2E6C9E"/>
        </w:pBdr>
      </w:pPr>
      <w:r>
        <w:rPr>
          <w:rFonts w:ascii="Calibri" w:hAnsi="Calibri" w:eastAsia="微软雅黑"/>
          <w:b/>
          <w:color w:val="2E6C9E"/>
          <w:sz w:val="26"/>
        </w:rPr>
        <w:t>第三部分 · 材料粘贴区（材料形式与预留位均已按领馆要求标好）</w:t>
      </w:r>
    </w:p>
    <w:p>
      <w:pPr>
        <w:spacing w:after="200"/>
        <w:jc w:val="center"/>
      </w:pPr>
      <w:r>
        <w:rPr>
          <w:rFonts w:ascii="Calibri" w:hAnsi="Calibri" w:eastAsia="微软雅黑"/>
          <w:b/>
          <w:color w:val="C06055"/>
          <w:sz w:val="21"/>
        </w:rPr>
        <w:t>⚠ 以下资料为大使馆要求，请务必按照要求真实填写、和标准准备，避免资料退回或者增加拒签风险。</w:t>
      </w:r>
    </w:p>
    <w:p>
      <w:pPr>
        <w:spacing w:after="60"/>
      </w:pPr>
      <w:r>
        <w:rPr>
          <w:rFonts w:ascii="Calibri" w:hAnsi="Calibri" w:eastAsia="微软雅黑"/>
          <w:b/>
          <w:color w:val="2E3440"/>
          <w:sz w:val="24"/>
        </w:rPr>
        <w:t>附件一 · 照片粘贴处（请按原大粘贴，虚线框即真实尺寸）</w:t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材料形式：彩色电子版原图（不是扫描件、不是复印件）：4.5cm×4.5cm 白底，6 个月内拍摄（学生/退休人员 3 个月内）。请按原大粘贴，勿缩放变形。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自查：□ 已粘贴    □ 本项不适用（写明原因：＿＿＿＿＿＿）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C06055"/>
          <w:left w:val="dashed" w:sz="8" w:space="0" w:color="C06055"/>
          <w:bottom w:val="dashed" w:sz="8" w:space="0" w:color="C06055"/>
          <w:right w:val="dashed" w:sz="8" w:space="0" w:color="C06055"/>
        </w:tblBorders>
      </w:tblPr>
      <w:tblGrid>
        <w:gridCol w:w="9518"/>
      </w:tblGrid>
      <w:tr>
        <w:trPr>
          <w:trHeight w:val="2551" w:hRule="exac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6"/>
              </w:rPr>
              <w:t>4.5×4.5cm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hAnsi="Calibri" w:eastAsia="微软雅黑"/>
          <w:b/>
          <w:color w:val="2E3440"/>
          <w:sz w:val="24"/>
        </w:rPr>
        <w:t>附件二 · 在职证明粘贴处（预留 1 页 A4）</w:t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材料形式：单位抬头纸原件盖章，注明入职时间、职务、月薪或年薪、准假说明、费用承担。粘贴＝原件的彩色扫描件或清晰拍照件（送签阶段原件需交我方代送）；如需营业执照副本复印件（加盖公章），请续贴在本框之后。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自查：□ 已粘贴    □ 本项不适用（写明原因：＿＿＿＿＿＿）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12472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在职证明原件彩色扫描/拍照件粘贴区（整页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p>
      <w:r>
        <w:br w:type="page"/>
      </w:r>
    </w:p>
    <w:p>
      <w:pPr>
        <w:spacing w:after="60"/>
      </w:pPr>
      <w:r>
        <w:rPr>
          <w:rFonts w:ascii="Calibri" w:hAnsi="Calibri" w:eastAsia="微软雅黑"/>
          <w:b/>
          <w:color w:val="2E3440"/>
          <w:sz w:val="24"/>
        </w:rPr>
        <w:t>附件三 · 银行流水粘贴处（预留 2 页 A4，不足可复制续页）</w:t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材料形式：彩色电子版/彩色扫描件（2026 年起日本电子签明文接受电子版流水，不再强制原件）；近 6 个月、银行柜台盖章版优先，须显示最后余额；金额标准以顾问告知为准。黑白复印件不可接受。多张卡请依次续贴。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自查：□ 已粘贴    □ 本项不适用（写明原因：＿＿＿＿＿＿）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12472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银行流水粘贴区 · 第 1 页（整页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12472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银行流水粘贴区 · 第 2 页（整页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p>
      <w:r>
        <w:br w:type="page"/>
      </w:r>
    </w:p>
    <w:p>
      <w:pPr>
        <w:spacing w:after="60"/>
      </w:pPr>
      <w:r>
        <w:rPr>
          <w:rFonts w:ascii="Calibri" w:hAnsi="Calibri" w:eastAsia="微软雅黑"/>
          <w:b/>
          <w:color w:val="2E3440"/>
          <w:sz w:val="24"/>
        </w:rPr>
        <w:t>附件四 · 个税记录二维码粘贴处（预留半页）</w:t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材料形式：「个人所得税」APP → 收入纳税明细 → 申请记录并生成二维码 → 彩色截图粘贴（不接受翻拍屏幕）。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自查：□ 已粘贴    □ 本项不适用（写明原因：＿＿＿＿＿＿）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6236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个税二维码彩色截图粘贴区（半页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p>
      <w:r>
        <w:br w:type="page"/>
      </w:r>
    </w:p>
    <w:p>
      <w:pPr>
        <w:spacing w:after="60"/>
      </w:pPr>
      <w:r>
        <w:rPr>
          <w:rFonts w:ascii="Calibri" w:hAnsi="Calibri" w:eastAsia="微软雅黑"/>
          <w:b/>
          <w:color w:val="2E3440"/>
          <w:sz w:val="24"/>
        </w:rPr>
        <w:t>附件五 · 学信网备案表粘贴处（预留 1 页 A4）</w:t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材料形式：学信网 → 在线验证报告 → 教育部学籍/学历备案表 → 导出带二维码的整页（A4）→ 彩色扫描或 PDF 直接转贴。学生/应届必备；在职且不依赖学历者可整项写「不适用」。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自查：□ 已粘贴    □ 本项不适用（写明原因：＿＿＿＿＿＿）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12472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学信网备案表（带二维码整页）粘贴区（整页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p>
      <w:r>
        <w:br w:type="page"/>
      </w:r>
    </w:p>
    <w:p>
      <w:pPr>
        <w:spacing w:after="60"/>
      </w:pPr>
      <w:r>
        <w:rPr>
          <w:rFonts w:ascii="Calibri" w:hAnsi="Calibri" w:eastAsia="微软雅黑"/>
          <w:b/>
          <w:color w:val="2E3440"/>
          <w:sz w:val="24"/>
        </w:rPr>
        <w:t>附件六 · 其他补充材料粘贴处（每项半页，可复制续页）</w:t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材料形式：彩色扫描件或清晰拍照件（房产证等可用彩色复印件扫描，原件自行留存）。 例：户籍迁徙证明、房产证明、车辆行驶证、营业执照副本、退休证、身份证/户口本复印件（如领馆要求）等，多项依次粘贴并标注材料名称。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自查：□ 已粘贴    □ 本项不适用（写明原因：＿＿＿＿＿＿）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6236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补充材料 1 粘贴区（半页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6236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补充材料 2 粘贴区（半页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p>
      <w:r>
        <w:br w:type="page"/>
      </w:r>
    </w:p>
    <w:p>
      <w:pPr>
        <w:spacing w:after="60"/>
      </w:pPr>
      <w:r>
        <w:rPr>
          <w:rFonts w:ascii="Calibri" w:hAnsi="Calibri" w:eastAsia="微软雅黑"/>
          <w:b/>
          <w:color w:val="2E3440"/>
          <w:sz w:val="24"/>
        </w:rPr>
        <w:t>附件七 · 社保参保证明粘贴处（预留半页，多页可复制续页）</w:t>
      </w:r>
    </w:p>
    <w:p>
      <w:pPr>
        <w:spacing w:after="4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材料形式：当地人社 APP／网上服务平台 → 个人参保证明（参保缴费证明）→ 导出近 12 个月、带二维码与验证码的那一份 → 彩色扫描或 PDF 直接转贴；黑白复印件不可接受。无社保（学生／退休／自由职业）者本项写「不适用」并写明身份。</w:t>
      </w:r>
    </w:p>
    <w:p>
      <w:pPr>
        <w:spacing w:after="8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 w:val="0"/>
          <w:color w:val="8A8F99"/>
          <w:sz w:val="19"/>
        </w:rPr>
        <w:t>自查：□ 已粘贴    □ 本项不适用（写明原因：＿＿＿＿＿＿）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space="0" w:color="BFBFBF"/>
          <w:left w:val="dashed" w:sz="8" w:space="0" w:color="BFBFBF"/>
          <w:bottom w:val="dashed" w:sz="8" w:space="0" w:color="BFBFBF"/>
          <w:right w:val="dashed" w:sz="8" w:space="0" w:color="BFBFBF"/>
        </w:tblBorders>
      </w:tblPr>
      <w:tblGrid>
        <w:gridCol w:w="9518"/>
      </w:tblGrid>
      <w:tr>
        <w:trPr>
          <w:trHeight w:val="6236" w:hRule="exact"/>
        </w:trPr>
        <w:tc>
          <w:tcPr>
            <w:tcW w:type="dxa" w:w="9184"/>
          </w:tcPr>
          <w:p>
            <w:pPr>
              <w:jc w:val="center"/>
            </w:pPr>
            <w:r>
              <w:rPr>
                <w:rFonts w:ascii="Calibri" w:hAnsi="Calibri" w:eastAsia="微软雅黑"/>
                <w:b w:val="0"/>
                <w:color w:val="8A8F99"/>
                <w:sz w:val="18"/>
              </w:rPr>
              <w:t>社保参保证明粘贴区（半页 A4）</w:t>
            </w:r>
          </w:p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8"/>
        </w:rPr>
      </w:r>
    </w:p>
    <w:p>
      <w:r>
        <w:br w:type="page"/>
      </w:r>
    </w:p>
    <w:p>
      <w:pPr>
        <w:spacing w:before="280" w:after="160"/>
        <w:pBdr>
          <w:bottom w:val="single" w:sz="8" w:space="2" w:color="2E6C9E"/>
        </w:pBdr>
      </w:pPr>
      <w:r>
        <w:rPr>
          <w:rFonts w:ascii="Calibri" w:hAnsi="Calibri" w:eastAsia="微软雅黑"/>
          <w:b/>
          <w:color w:val="2E6C9E"/>
          <w:sz w:val="26"/>
        </w:rPr>
        <w:t>粘贴区汇总与自查（提交前必读）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附件一 照片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彩色原图 · 原大框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附件二 在职证明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彩色扫描/拍照 · 1 页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附件三 银行流水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彩色电子版/扫描 · 2 页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附件四 个税二维码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彩色截图 · 半页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附件五 学信备案表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整页 A4 · 1 页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附件六 其他补充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彩色扫描/拍照 · 每项半页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附件七 社保参保证明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彩色扫描/导出 · 半页</w:t>
            </w:r>
          </w:p>
        </w:tc>
        <w:tc>
          <w:tcPr>
            <w:tcW w:type="dxa" w:w="1531"/>
            <w:shd w:val="clear" w:fill="DCE7F0"/>
            <w:vAlign w:val="center"/>
          </w:tcPr>
          <w:p>
            <w:r>
              <w:rPr>
                <w:rFonts w:ascii="Calibri" w:hAnsi="Calibri" w:eastAsia="微软雅黑"/>
                <w:b/>
                <w:color w:val="2E3440"/>
                <w:sz w:val="20"/>
              </w:rPr>
              <w:t>全册合计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Calibri" w:hAnsi="Calibri" w:eastAsia="微软雅黑"/>
                <w:b w:val="0"/>
                <w:color w:val="8A8F99"/>
                <w:sz w:val="17"/>
              </w:rPr>
              <w:t>共 7 项 · 粘贴区共 7 页 · 全册约 10 页（含签名授权页）</w:t>
            </w:r>
          </w:p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</w:tr>
      <w:tr>
        <w:trPr>
          <w:trHeight w:val="652" w:hRule="atLeast"/>
        </w:trPr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531"/>
            <w:shd w:val="clear" w:fill="DCE7F0"/>
            <w:vAlign w:val="center"/>
          </w:tcPr>
          <w:p/>
        </w:tc>
        <w:tc>
          <w:tcPr>
            <w:tcW w:type="dxa" w:w="3061"/>
            <w:vAlign w:val="center"/>
          </w:tcPr>
          <w:p/>
        </w:tc>
      </w:tr>
    </w:tbl>
    <w:p>
      <w:pPr>
        <w:spacing w:after="120"/>
      </w:pPr>
      <w:r>
        <w:rPr>
          <w:rFonts w:ascii="Calibri" w:hAnsi="Calibri" w:eastAsia="微软雅黑"/>
          <w:b w:val="0"/>
          <w:color w:val="2E3440"/>
          <w:sz w:val="16"/>
        </w:rPr>
      </w:r>
    </w:p>
    <w:p>
      <w:pPr>
        <w:spacing w:after="12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/>
          <w:color w:val="C06055"/>
          <w:sz w:val="20"/>
        </w:rPr>
        <w:t>逐项核对：7 项中每项要么已粘贴、要么已勾「不适用」；缺一不可提交。</w:t>
      </w:r>
    </w:p>
    <w:p>
      <w:pPr>
        <w:spacing w:after="120"/>
      </w:pPr>
      <w:r>
        <w:rPr>
          <w:rFonts w:ascii="Calibri" w:hAnsi="Calibri" w:eastAsia="微软雅黑"/>
          <w:b w:val="0"/>
          <w:color w:val="2E3440"/>
          <w:sz w:val="19"/>
        </w:rPr>
      </w:r>
      <w:r>
        <w:rPr>
          <w:rFonts w:ascii="Calibri" w:hAnsi="Calibri" w:eastAsia="微软雅黑"/>
          <w:b/>
          <w:color w:val="C06055"/>
          <w:sz w:val="19"/>
        </w:rPr>
        <w:t>日本为指定代办制贴纸签：材料不实或流水余额不足将被直接退回，护照原件后续由我方代送，请确保信息与护照完全一致。</w:t>
      </w:r>
    </w:p>
    <w:p>
      <w:pPr>
        <w:spacing w:after="120"/>
      </w:pPr>
      <w:r>
        <w:rPr>
          <w:rFonts w:ascii="Calibri" w:hAnsi="Calibri" w:eastAsia="微软雅黑"/>
          <w:b w:val="0"/>
          <w:color w:val="2E3440"/>
          <w:sz w:val="32"/>
        </w:rPr>
      </w:r>
    </w:p>
    <w:p>
      <w:pPr>
        <w:spacing w:after="80"/>
        <w:jc w:val="center"/>
      </w:pPr>
      <w:r>
        <w:rPr>
          <w:rFonts w:ascii="Calibri" w:hAnsi="Calibri" w:eastAsia="微软雅黑"/>
          <w:b/>
          <w:color w:val="2E6C9E"/>
          <w:sz w:val="24"/>
        </w:rPr>
        <w:t>—— 显示结束 ——</w:t>
      </w:r>
    </w:p>
    <w:p>
      <w:pPr>
        <w:spacing w:after="40"/>
        <w:jc w:val="center"/>
      </w:pPr>
      <w:r>
        <w:rPr>
          <w:rFonts w:ascii="Calibri" w:hAnsi="Calibri" w:eastAsia="微软雅黑"/>
          <w:b w:val="0"/>
          <w:color w:val="8A8F99"/>
          <w:sz w:val="17"/>
        </w:rPr>
        <w:t>日本签证 · 个人完整信息模板 v1.1 · 单次 · 到此为止，请勿在此行之后添加任何内容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